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לעונות השנה ולמזג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עפות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קר ואין מספיק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באביב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(עונה חמה, הציפורים חוזרות)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(לעבור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ארוכה)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מעל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החסידה מגיעה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 האביב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שלם, עם מאיפה ולאן, 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קר ואין מספיק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או לוויתן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העונות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בחלקים המסומנים ללא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הזה נלמד על ציפורים שעפות למקום חם בסתיו וחוזרות באביב. גם בעלי חיים אחרים נודדים, כמו פרפרים ולוויתנים.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חוזרות  ·  קר  ·  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קר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עפות למקום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עפות מעל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הציפורים עפות למקום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קר ואין מספיק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הן רוצות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הן לא אוהבות את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הציפורים חוזרות?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בסתיו __________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הציפורים עפות למקום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באביב הציפורים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עונה חמה, הציפורים חוזרות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לנדוד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לעבור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המסע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החסידה מגיעה לאפריקה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 האביב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עפות מעל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קר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מסע שעשיתם - למשל 'נסעתי מ... ל...' או 'עברתי מ... 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הציפורים עפות למקום חם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הציפורים חוזרות לאירופה?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ציפורים נודדות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