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מסעות ענק - ציפורים נודדות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מידע מהטקסט על נדידת ציפורים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הקשורות לעונות השנה ולמזג האוויר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פשוט על 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כן או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הן עפות למקום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באביב הן כן חוזרות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בטקסט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גם פרפרים ולוויתנים נודדים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- מה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קר ואין מספיק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החסידה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פרפרים ולוויתנים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נדידה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לוויתנים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(עונה 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(עונה חמה, הציפורים חוזרות)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(לעבור ממקום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(דרך ארוכה)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(חרק עם כנפיים)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המסע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בסתיו קר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הציפורים עפות מעל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החסידה מגיעה לאפריקה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מגיע האביב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הציפורים חוזרות הביתה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שלם, עם מאיפה ולאן, מסתיים בנקודה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קר ואין מספיק אוכל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פרפר או לוויתן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בקול לפני התרגול לתלמידים שמתקשים בקריאה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תמונות של העונות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להתמקד בחלקים המסומנים ללא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מסעות ענק - ציפורים נודדות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על ציפורים. בסתיו קר, הציפורים עפות למקום חם. באביב הן חוזרות.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לנדוד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לעבור ממקום למקום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ציפור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 חיים שעף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חרק עם כנפיים צבעוניות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סתיו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עונה קרה, אחרי הקיץ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אביב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עונה חמה, אחרי החורף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טמפרטורה גבוהה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טמפרטורה נמוכה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ארוכה ממקום למקום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כן או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בסתיו קר באירופה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הציפורים עפות למקום 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הציפורים עפות מעל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באביב הציפורים לא חוזרות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החסידה עפה לאפריקה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ציפורים נודדות, אין עוד בעלי חיים שנודדים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- מה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הציפורים עפות רחוק?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קר ואין מספיק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הן רוצות לשחות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הן לא אוהבות את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הן מפחדות מהגשם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עונה הציפורים חוזרות הביתה?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ציפור נוסעת לאפריקה?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הפרפר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החסידה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הלוויתן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עוד נודד כמו הציפורים?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כלבים וחתולים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פרפרים ולוויתנים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דגים ונחשים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עכברים וארנבים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לדרך הארוכה של הציפורים?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נדידה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חופשה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בסתיו __________ באירופה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הציפורים עפות למקום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באביב הציפורים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גם פרפרים ו__________ נודדים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הציפורים עפות מעל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סתיו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חרק עם כנפיים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דרך ארוכה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לנדוד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עונה חמה, הציפורים חוזרות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עונה 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לעבור ממקום למקום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המסע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הציפורים עפות מעל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 האביב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הציפורים חוזרות הביתה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החסידה מגיעה לאפריקה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בסתיו קר באירופה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מסע שעשיתם - למשל 'נסעתי מ... ל...' או 'עברתי מ... ל...'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הציפורים עפות למקום חם בסתיו?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הציפורים חוזרות לאירופה?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בעל חיים אחד שנודד חוץ מציפורים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מסעות ענק - ציפורים נודדות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