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לעונות השנה ולמזג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עפות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באביב הן כן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פרפרים ולוויתנים נודדים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קר ואין מספיק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החסידה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פרפרים ולוויתנים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לוויתנים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(עונה חמה, הציפורים חוזרות)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(לעבור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(דרך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(חרק עם כנפיים)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מעל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החסידה מגיעה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הציפורים חוזרות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שלם, עם מאיפה ולאן, 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קר ואין מספיק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או לוויתן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העונות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בחלקים המסומנים ללא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ציפורים נודדות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הזה נלמד על ציפורים שעפות למקום חם בסתיו וחוזרות באביב. גם בעלי חיים אחרים נודדים, כמו פרפרים ולוויתנים.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למקום 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מעל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לא חוזרות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החסידה עפה לאפריקה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ציפורים נודדות, אין עוד בעלי חיים שנודדים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הציפורים עפות למקום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ואין מספיק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רוצות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לא אוהבות את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מפחדות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הציפורים חוזרות?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עפה לאפריקה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עוד בעלי חיים נודדים חוץ מציפורים?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כלבים וחתולים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פרפרים ולוויתנים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עכברים וארנבים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למסע הארוך של הציפורים?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בסתיו __________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למקום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באביב הציפורים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פרפרים ו__________ נודדים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הציפורים עפות מעל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לנדוד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חרק עם 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לעבור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עונה חמה, הציפורים חוזרות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מעל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חוזרות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האביב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החסידה מגיעה לאפריקה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מסע שעשיתם - למשל 'נסעתי מ... ל...' או 'עברתי מ... 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הציפורים עפות למקום חם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הציפורים חוזרות לאירופה?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בעל חיים אחד שנודד חוץ מציפורים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ציפורים נודדות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